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3BFFD" w14:textId="77777777" w:rsidR="00A95155" w:rsidRPr="004C5A62" w:rsidRDefault="00683C8D">
      <w:pPr>
        <w:jc w:val="center"/>
        <w:rPr>
          <w:rFonts w:ascii="Bookman Old Style" w:hAnsi="Bookman Old Style"/>
          <w:sz w:val="28"/>
          <w:szCs w:val="28"/>
          <w:lang w:val="it-IT"/>
        </w:rPr>
      </w:pPr>
      <w:r w:rsidRPr="004C5A62">
        <w:rPr>
          <w:rFonts w:ascii="Bookman Old Style" w:hAnsi="Bookman Old Style"/>
          <w:b/>
          <w:sz w:val="28"/>
          <w:szCs w:val="28"/>
          <w:lang w:val="it-IT"/>
        </w:rPr>
        <w:t>MODELLO DI PRIMA SEGNALAZIONE DANNI</w:t>
      </w:r>
      <w:r w:rsidRPr="004C5A62">
        <w:rPr>
          <w:rFonts w:ascii="Bookman Old Style" w:hAnsi="Bookman Old Style"/>
          <w:b/>
          <w:sz w:val="28"/>
          <w:szCs w:val="28"/>
          <w:lang w:val="it-IT"/>
        </w:rPr>
        <w:br/>
        <w:t>EVENTO DEL 28 AGOSTO 2026</w:t>
      </w:r>
    </w:p>
    <w:p w14:paraId="18F9221B" w14:textId="77777777" w:rsidR="00A95155" w:rsidRPr="004C5A62" w:rsidRDefault="00683C8D" w:rsidP="004C5A62">
      <w:pPr>
        <w:spacing w:after="0" w:line="360" w:lineRule="auto"/>
        <w:jc w:val="center"/>
        <w:rPr>
          <w:rFonts w:ascii="Bookman Old Style" w:hAnsi="Bookman Old Style"/>
          <w:sz w:val="18"/>
          <w:szCs w:val="18"/>
          <w:u w:val="single"/>
          <w:lang w:val="it-IT"/>
        </w:rPr>
      </w:pPr>
      <w:r w:rsidRPr="004C5A62">
        <w:rPr>
          <w:rFonts w:ascii="Bookman Old Style" w:hAnsi="Bookman Old Style"/>
          <w:sz w:val="18"/>
          <w:szCs w:val="18"/>
          <w:u w:val="single"/>
          <w:lang w:val="it-IT"/>
        </w:rPr>
        <w:t>AVVERTENZA: il presente modello ha esclusiva finalità ricognitiva e non costituisce domanda di contributo, risarcimento o indennizzo.</w:t>
      </w:r>
    </w:p>
    <w:p w14:paraId="289E2D71" w14:textId="77777777" w:rsidR="00A95155" w:rsidRPr="004C5A62" w:rsidRDefault="00683C8D" w:rsidP="004C5A62">
      <w:pPr>
        <w:spacing w:after="0" w:line="360" w:lineRule="auto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DATI DEL SEGNALANTE</w:t>
      </w:r>
    </w:p>
    <w:p w14:paraId="57421467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Nome e cognome / Denominazione: 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>Codice fiscale / P. IVA: __________________________________________________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>Telefono: _____________________ E-mail/PEC: ________________________________</w:t>
      </w:r>
    </w:p>
    <w:p w14:paraId="1D1590C8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TIPOLOGIA</w:t>
      </w:r>
    </w:p>
    <w:p w14:paraId="5F600892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Privato cittadino  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Attivit</w:t>
      </w:r>
      <w:r w:rsidRPr="004C5A62">
        <w:rPr>
          <w:rFonts w:ascii="Bookman Old Style" w:hAnsi="Bookman Old Style" w:cs="Bookman Old Style"/>
          <w:sz w:val="22"/>
          <w:lang w:val="it-IT"/>
        </w:rPr>
        <w:t>à</w:t>
      </w:r>
      <w:r w:rsidRPr="004C5A62">
        <w:rPr>
          <w:rFonts w:ascii="Bookman Old Style" w:hAnsi="Bookman Old Style"/>
          <w:sz w:val="22"/>
          <w:lang w:val="it-IT"/>
        </w:rPr>
        <w:t xml:space="preserve"> economica/produttiva  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Altro __________</w:t>
      </w:r>
    </w:p>
    <w:p w14:paraId="0235A08F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BENE DANNEGGIATO</w:t>
      </w:r>
    </w:p>
    <w:p w14:paraId="5E5D476B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Indirizzo/localizzazione: __________________________________________________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 xml:space="preserve">Titolo sul bene: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propriet</w:t>
      </w:r>
      <w:r w:rsidRPr="004C5A62">
        <w:rPr>
          <w:rFonts w:ascii="Bookman Old Style" w:hAnsi="Bookman Old Style" w:cs="Bookman Old Style"/>
          <w:sz w:val="22"/>
          <w:lang w:val="it-IT"/>
        </w:rPr>
        <w:t>à</w:t>
      </w:r>
      <w:r w:rsidRPr="004C5A62">
        <w:rPr>
          <w:rFonts w:ascii="Bookman Old Style" w:hAnsi="Bookman Old Style"/>
          <w:sz w:val="22"/>
          <w:lang w:val="it-IT"/>
        </w:rPr>
        <w:t xml:space="preserve">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locazione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altro __________________________</w:t>
      </w:r>
    </w:p>
    <w:p w14:paraId="3B89B9ED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DESCRIZIONE DEL DANNO</w:t>
      </w:r>
    </w:p>
    <w:p w14:paraId="2DAE92B7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________________________________________________________________________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>________________________________________________________________________</w:t>
      </w:r>
      <w:r w:rsidRPr="004C5A62">
        <w:rPr>
          <w:rFonts w:ascii="Bookman Old Style" w:hAnsi="Bookman Old Style"/>
          <w:sz w:val="22"/>
          <w:lang w:val="it-IT"/>
        </w:rPr>
        <w:br/>
        <w:t>________________________________________________________________________</w:t>
      </w:r>
    </w:p>
    <w:p w14:paraId="1D3F3340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STIMA ECONOMICA</w:t>
      </w:r>
    </w:p>
    <w:p w14:paraId="1C9DDDA4" w14:textId="77777777" w:rsidR="00A95155" w:rsidRPr="004C5A62" w:rsidRDefault="00683C8D" w:rsidP="004C5A62">
      <w:pPr>
        <w:spacing w:after="0" w:line="360" w:lineRule="auto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Stima sommaria del danno: € __________________</w:t>
      </w:r>
      <w:r w:rsidRPr="004C5A62">
        <w:rPr>
          <w:rFonts w:ascii="Bookman Old Style" w:hAnsi="Bookman Old Style"/>
          <w:sz w:val="22"/>
          <w:lang w:val="it-IT"/>
        </w:rPr>
        <w:br/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preventivo allegato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stima del segnalante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altro ____________________</w:t>
      </w:r>
    </w:p>
    <w:p w14:paraId="6F4CA9AD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DOCUMENTAZIONE ALLEGATA</w:t>
      </w:r>
    </w:p>
    <w:p w14:paraId="6B164E87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fotografie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preventivi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fatture/spese urgenti 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altro ______________</w:t>
      </w:r>
    </w:p>
    <w:p w14:paraId="51CF7479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b/>
          <w:sz w:val="22"/>
          <w:lang w:val="it-IT"/>
        </w:rPr>
        <w:t>COPERTURA ASSICURATIVA</w:t>
      </w:r>
    </w:p>
    <w:p w14:paraId="1EB4214C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 xml:space="preserve">Il bene risulta assicurato per il rischio?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s</w:t>
      </w:r>
      <w:r w:rsidRPr="004C5A62">
        <w:rPr>
          <w:rFonts w:ascii="Bookman Old Style" w:hAnsi="Bookman Old Style" w:cs="Bookman Old Style"/>
          <w:sz w:val="22"/>
          <w:lang w:val="it-IT"/>
        </w:rPr>
        <w:t>ì</w:t>
      </w:r>
      <w:r w:rsidRPr="004C5A62">
        <w:rPr>
          <w:rFonts w:ascii="Bookman Old Style" w:hAnsi="Bookman Old Style"/>
          <w:sz w:val="22"/>
          <w:lang w:val="it-IT"/>
        </w:rPr>
        <w:t xml:space="preserve">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no </w:t>
      </w:r>
      <w:r w:rsidRPr="004C5A62">
        <w:rPr>
          <w:rFonts w:ascii="Segoe UI Symbol" w:hAnsi="Segoe UI Symbol" w:cs="Segoe UI Symbol"/>
          <w:sz w:val="22"/>
          <w:lang w:val="it-IT"/>
        </w:rPr>
        <w:t>☐</w:t>
      </w:r>
      <w:r w:rsidRPr="004C5A62">
        <w:rPr>
          <w:rFonts w:ascii="Bookman Old Style" w:hAnsi="Bookman Old Style"/>
          <w:sz w:val="22"/>
          <w:lang w:val="it-IT"/>
        </w:rPr>
        <w:t xml:space="preserve"> da verificare</w:t>
      </w:r>
      <w:r w:rsidRPr="004C5A62">
        <w:rPr>
          <w:rFonts w:ascii="Bookman Old Style" w:hAnsi="Bookman Old Style"/>
          <w:sz w:val="22"/>
          <w:lang w:val="it-IT"/>
        </w:rPr>
        <w:br/>
        <w:t>Compagnia/polizza, se nota: ______________________________________________</w:t>
      </w:r>
    </w:p>
    <w:p w14:paraId="7F6E2431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Il sottoscritto dichiara, per quanto a propria conoscenza, la riferibilità dei danni sopra descritti all'evento del 28 agosto 2026 e prende atto della natura esclusivamente ricognitiva della presente comunicazione.</w:t>
      </w:r>
    </w:p>
    <w:p w14:paraId="3F6F65DC" w14:textId="77777777" w:rsidR="00A95155" w:rsidRPr="004C5A62" w:rsidRDefault="00683C8D" w:rsidP="004C5A62">
      <w:pPr>
        <w:spacing w:after="0" w:line="360" w:lineRule="auto"/>
        <w:jc w:val="both"/>
        <w:rPr>
          <w:rFonts w:ascii="Bookman Old Style" w:hAnsi="Bookman Old Style"/>
          <w:sz w:val="22"/>
          <w:lang w:val="it-IT"/>
        </w:rPr>
      </w:pPr>
      <w:r w:rsidRPr="004C5A62">
        <w:rPr>
          <w:rFonts w:ascii="Bookman Old Style" w:hAnsi="Bookman Old Style"/>
          <w:sz w:val="22"/>
          <w:lang w:val="it-IT"/>
        </w:rPr>
        <w:t>Data ____________________    Firma _______________________________________</w:t>
      </w:r>
    </w:p>
    <w:p w14:paraId="11FA0E86" w14:textId="77777777" w:rsidR="004C5A62" w:rsidRDefault="004C5A62" w:rsidP="004C5A62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03362997" w14:textId="77777777" w:rsidR="004C5A62" w:rsidRDefault="004C5A62" w:rsidP="004C5A62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4DC7E856" w14:textId="77777777" w:rsidR="004C5A62" w:rsidRDefault="004C5A62" w:rsidP="004C5A62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val="it-IT"/>
        </w:rPr>
      </w:pPr>
    </w:p>
    <w:p w14:paraId="2FA37EB7" w14:textId="4FE6368F" w:rsidR="00A95155" w:rsidRPr="004C5A62" w:rsidRDefault="00683C8D" w:rsidP="004C5A62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val="it-IT"/>
        </w:rPr>
      </w:pPr>
      <w:r w:rsidRPr="004C5A62">
        <w:rPr>
          <w:rFonts w:ascii="Bookman Old Style" w:hAnsi="Bookman Old Style"/>
          <w:sz w:val="16"/>
          <w:szCs w:val="16"/>
          <w:lang w:val="it-IT"/>
        </w:rPr>
        <w:t>I dati personali saranno trattati dal Comune esclusivamente per le finalità istituzionali connesse alla ricognizione dei danni e agli eventuali successivi procedimenti di protezione civile, nel rispetto della normativa vigente.</w:t>
      </w:r>
    </w:p>
    <w:sectPr w:rsidR="00A95155" w:rsidRPr="004C5A62" w:rsidSect="00034616">
      <w:pgSz w:w="12240" w:h="15840"/>
      <w:pgMar w:top="1247" w:right="1417" w:bottom="124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2677007">
    <w:abstractNumId w:val="8"/>
  </w:num>
  <w:num w:numId="2" w16cid:durableId="136118801">
    <w:abstractNumId w:val="6"/>
  </w:num>
  <w:num w:numId="3" w16cid:durableId="2052997611">
    <w:abstractNumId w:val="5"/>
  </w:num>
  <w:num w:numId="4" w16cid:durableId="658659665">
    <w:abstractNumId w:val="4"/>
  </w:num>
  <w:num w:numId="5" w16cid:durableId="1309476266">
    <w:abstractNumId w:val="7"/>
  </w:num>
  <w:num w:numId="6" w16cid:durableId="1203640866">
    <w:abstractNumId w:val="3"/>
  </w:num>
  <w:num w:numId="7" w16cid:durableId="279579375">
    <w:abstractNumId w:val="2"/>
  </w:num>
  <w:num w:numId="8" w16cid:durableId="1146236338">
    <w:abstractNumId w:val="1"/>
  </w:num>
  <w:num w:numId="9" w16cid:durableId="1156873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0A99"/>
    <w:rsid w:val="001E2B0B"/>
    <w:rsid w:val="0029639D"/>
    <w:rsid w:val="00326F90"/>
    <w:rsid w:val="004C5A62"/>
    <w:rsid w:val="00683C8D"/>
    <w:rsid w:val="00A95155"/>
    <w:rsid w:val="00AA1D8D"/>
    <w:rsid w:val="00B47730"/>
    <w:rsid w:val="00C604F2"/>
    <w:rsid w:val="00CB0664"/>
    <w:rsid w:val="00D239A0"/>
    <w:rsid w:val="00DA1F9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F7B4F4"/>
  <w14:defaultImageDpi w14:val="300"/>
  <w15:docId w15:val="{3F4CD9B0-8D2D-4C54-B750-2E1AF9639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rPr>
      <w:rFonts w:ascii="Arial" w:hAnsi="Arial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Comune Badia</cp:lastModifiedBy>
  <cp:revision>2</cp:revision>
  <cp:lastPrinted>2026-08-29T10:48:00Z</cp:lastPrinted>
  <dcterms:created xsi:type="dcterms:W3CDTF">2026-08-29T10:48:00Z</dcterms:created>
  <dcterms:modified xsi:type="dcterms:W3CDTF">2026-08-29T10:48:00Z</dcterms:modified>
  <cp:category/>
</cp:coreProperties>
</file>